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DD8" w:rsidRPr="00841A0D" w:rsidRDefault="00597321" w:rsidP="00841A0D">
      <w:pPr>
        <w:pStyle w:val="1"/>
        <w:jc w:val="center"/>
        <w:rPr>
          <w:rFonts w:ascii="Times New Roman" w:hAnsi="Times New Roman" w:cs="Times New Roman"/>
          <w:color w:val="auto"/>
        </w:rPr>
      </w:pPr>
      <w:proofErr w:type="spellStart"/>
      <w:r w:rsidRPr="00841A0D">
        <w:rPr>
          <w:rFonts w:ascii="Times New Roman" w:hAnsi="Times New Roman" w:cs="Times New Roman"/>
          <w:color w:val="auto"/>
        </w:rPr>
        <w:t>Педагог-психологтың</w:t>
      </w:r>
      <w:proofErr w:type="spellEnd"/>
      <w:r w:rsidRPr="00841A0D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841A0D">
        <w:rPr>
          <w:rFonts w:ascii="Times New Roman" w:hAnsi="Times New Roman" w:cs="Times New Roman"/>
          <w:color w:val="auto"/>
        </w:rPr>
        <w:t>жүргізілген</w:t>
      </w:r>
      <w:proofErr w:type="spellEnd"/>
      <w:r w:rsidRPr="00841A0D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841A0D">
        <w:rPr>
          <w:rFonts w:ascii="Times New Roman" w:hAnsi="Times New Roman" w:cs="Times New Roman"/>
          <w:color w:val="auto"/>
        </w:rPr>
        <w:t>жұмыстары</w:t>
      </w:r>
      <w:proofErr w:type="spellEnd"/>
      <w:r w:rsidR="00841A0D">
        <w:rPr>
          <w:rFonts w:ascii="Times New Roman" w:hAnsi="Times New Roman" w:cs="Times New Roman"/>
          <w:color w:val="auto"/>
        </w:rPr>
        <w:br/>
      </w:r>
    </w:p>
    <w:p w:rsidR="00F21EFC" w:rsidRDefault="00597321" w:rsidP="005973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br/>
        <w:t xml:space="preserve">2025 </w:t>
      </w:r>
      <w:proofErr w:type="spellStart"/>
      <w:r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қыркүйек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айынан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бастап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1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1A0D">
        <w:rPr>
          <w:rFonts w:ascii="Times New Roman" w:hAnsi="Times New Roman" w:cs="Times New Roman"/>
          <w:sz w:val="28"/>
          <w:szCs w:val="28"/>
        </w:rPr>
        <w:t>Айсары</w:t>
      </w:r>
      <w:proofErr w:type="spellEnd"/>
      <w:proofErr w:type="gramEnd"/>
      <w:r w:rsidRPr="00841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1A0D">
        <w:rPr>
          <w:rFonts w:ascii="Times New Roman" w:hAnsi="Times New Roman" w:cs="Times New Roman"/>
          <w:sz w:val="28"/>
          <w:szCs w:val="28"/>
        </w:rPr>
        <w:t>жалпы</w:t>
      </w:r>
      <w:proofErr w:type="spellEnd"/>
      <w:r w:rsidRPr="00841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1A0D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841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1A0D">
        <w:rPr>
          <w:rFonts w:ascii="Times New Roman" w:hAnsi="Times New Roman" w:cs="Times New Roman"/>
          <w:sz w:val="28"/>
          <w:szCs w:val="28"/>
        </w:rPr>
        <w:t>беретін</w:t>
      </w:r>
      <w:proofErr w:type="spellEnd"/>
      <w:r w:rsidRPr="00841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1A0D">
        <w:rPr>
          <w:rFonts w:ascii="Times New Roman" w:hAnsi="Times New Roman" w:cs="Times New Roman"/>
          <w:sz w:val="28"/>
          <w:szCs w:val="28"/>
        </w:rPr>
        <w:t>мектебінің</w:t>
      </w:r>
      <w:proofErr w:type="spellEnd"/>
      <w:r w:rsidRPr="00841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1A0D">
        <w:rPr>
          <w:rFonts w:ascii="Times New Roman" w:hAnsi="Times New Roman" w:cs="Times New Roman"/>
          <w:sz w:val="28"/>
          <w:szCs w:val="28"/>
        </w:rPr>
        <w:t>педагог-психологы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1A0D">
        <w:rPr>
          <w:rFonts w:ascii="Times New Roman" w:hAnsi="Times New Roman" w:cs="Times New Roman"/>
          <w:sz w:val="28"/>
          <w:szCs w:val="28"/>
        </w:rPr>
        <w:t>Сулейманова</w:t>
      </w:r>
      <w:proofErr w:type="spellEnd"/>
      <w:r w:rsidR="00841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1A0D">
        <w:rPr>
          <w:rFonts w:ascii="Times New Roman" w:hAnsi="Times New Roman" w:cs="Times New Roman"/>
          <w:sz w:val="28"/>
          <w:szCs w:val="28"/>
        </w:rPr>
        <w:t>Гульдана</w:t>
      </w:r>
      <w:proofErr w:type="spellEnd"/>
      <w:r w:rsidR="00841A0D">
        <w:rPr>
          <w:rFonts w:ascii="Times New Roman" w:hAnsi="Times New Roman" w:cs="Times New Roman"/>
          <w:sz w:val="28"/>
          <w:szCs w:val="28"/>
        </w:rPr>
        <w:t xml:space="preserve"> </w:t>
      </w:r>
      <w:r w:rsidR="00841A0D">
        <w:rPr>
          <w:rFonts w:ascii="Times New Roman" w:hAnsi="Times New Roman" w:cs="Times New Roman"/>
          <w:sz w:val="28"/>
          <w:szCs w:val="28"/>
          <w:lang w:val="kk-KZ"/>
        </w:rPr>
        <w:t>Мукашевна</w:t>
      </w:r>
      <w:r w:rsidRPr="00841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1A0D">
        <w:rPr>
          <w:rFonts w:ascii="Times New Roman" w:hAnsi="Times New Roman" w:cs="Times New Roman"/>
          <w:sz w:val="28"/>
          <w:szCs w:val="28"/>
        </w:rPr>
        <w:t>оқушылардың</w:t>
      </w:r>
      <w:proofErr w:type="spellEnd"/>
      <w:r w:rsidRPr="00841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1A0D">
        <w:rPr>
          <w:rFonts w:ascii="Times New Roman" w:hAnsi="Times New Roman" w:cs="Times New Roman"/>
          <w:sz w:val="28"/>
          <w:szCs w:val="28"/>
        </w:rPr>
        <w:t>псих</w:t>
      </w:r>
      <w:r>
        <w:rPr>
          <w:rFonts w:ascii="Times New Roman" w:hAnsi="Times New Roman" w:cs="Times New Roman"/>
          <w:sz w:val="28"/>
          <w:szCs w:val="28"/>
        </w:rPr>
        <w:t>ологиялық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саулығын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сақтау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1A0D">
        <w:rPr>
          <w:rFonts w:ascii="Times New Roman" w:hAnsi="Times New Roman" w:cs="Times New Roman"/>
          <w:sz w:val="28"/>
          <w:szCs w:val="28"/>
        </w:rPr>
        <w:t>қолайлы</w:t>
      </w:r>
      <w:proofErr w:type="spellEnd"/>
      <w:r w:rsidRPr="00841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1A0D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841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1A0D">
        <w:rPr>
          <w:rFonts w:ascii="Times New Roman" w:hAnsi="Times New Roman" w:cs="Times New Roman"/>
          <w:sz w:val="28"/>
          <w:szCs w:val="28"/>
        </w:rPr>
        <w:t>ортасын</w:t>
      </w:r>
      <w:proofErr w:type="spellEnd"/>
      <w:r w:rsidRPr="00841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1A0D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 w:rsidRPr="00841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1A0D">
        <w:rPr>
          <w:rFonts w:ascii="Times New Roman" w:hAnsi="Times New Roman" w:cs="Times New Roman"/>
          <w:sz w:val="28"/>
          <w:szCs w:val="28"/>
        </w:rPr>
        <w:t>бағытында</w:t>
      </w:r>
      <w:proofErr w:type="spellEnd"/>
      <w:r w:rsidRPr="00841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1A0D">
        <w:rPr>
          <w:rFonts w:ascii="Times New Roman" w:hAnsi="Times New Roman" w:cs="Times New Roman"/>
          <w:sz w:val="28"/>
          <w:szCs w:val="28"/>
        </w:rPr>
        <w:t>келесі</w:t>
      </w:r>
      <w:proofErr w:type="spellEnd"/>
      <w:r w:rsidRPr="00841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1A0D">
        <w:rPr>
          <w:rFonts w:ascii="Times New Roman" w:hAnsi="Times New Roman" w:cs="Times New Roman"/>
          <w:sz w:val="28"/>
          <w:szCs w:val="28"/>
        </w:rPr>
        <w:t>жұмыстарды</w:t>
      </w:r>
      <w:proofErr w:type="spellEnd"/>
      <w:r w:rsidRPr="00841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1A0D">
        <w:rPr>
          <w:rFonts w:ascii="Times New Roman" w:hAnsi="Times New Roman" w:cs="Times New Roman"/>
          <w:sz w:val="28"/>
          <w:szCs w:val="28"/>
        </w:rPr>
        <w:t>жүргізді</w:t>
      </w:r>
      <w:proofErr w:type="spellEnd"/>
      <w:r w:rsidRPr="00841A0D">
        <w:rPr>
          <w:rFonts w:ascii="Times New Roman" w:hAnsi="Times New Roman" w:cs="Times New Roman"/>
          <w:sz w:val="28"/>
          <w:szCs w:val="28"/>
        </w:rPr>
        <w:t>:</w:t>
      </w:r>
      <w:r w:rsidRPr="00841A0D">
        <w:rPr>
          <w:rFonts w:ascii="Times New Roman" w:hAnsi="Times New Roman" w:cs="Times New Roman"/>
          <w:sz w:val="28"/>
          <w:szCs w:val="28"/>
        </w:rPr>
        <w:br/>
      </w:r>
      <w:r w:rsidRPr="00841A0D">
        <w:rPr>
          <w:rFonts w:ascii="Times New Roman" w:hAnsi="Times New Roman" w:cs="Times New Roman"/>
          <w:sz w:val="28"/>
          <w:szCs w:val="28"/>
        </w:rPr>
        <w:br/>
        <w:t>1. Психологиялық диагностика:</w:t>
      </w:r>
      <w:r w:rsidRPr="00841A0D">
        <w:rPr>
          <w:rFonts w:ascii="Times New Roman" w:hAnsi="Times New Roman" w:cs="Times New Roman"/>
          <w:sz w:val="28"/>
          <w:szCs w:val="28"/>
        </w:rPr>
        <w:br/>
        <w:t xml:space="preserve">   1–11 сынып оқушыларының оқу жылының алғашқы айларындағы бейімделу деңгейі мен эмоционалдық күйі зерттелді.</w:t>
      </w:r>
      <w:r w:rsidRPr="00841A0D">
        <w:rPr>
          <w:rFonts w:ascii="Times New Roman" w:hAnsi="Times New Roman" w:cs="Times New Roman"/>
          <w:sz w:val="28"/>
          <w:szCs w:val="28"/>
        </w:rPr>
        <w:br/>
      </w:r>
      <w:r w:rsidRPr="00841A0D">
        <w:rPr>
          <w:rFonts w:ascii="Times New Roman" w:hAnsi="Times New Roman" w:cs="Times New Roman"/>
          <w:sz w:val="28"/>
          <w:szCs w:val="28"/>
        </w:rPr>
        <w:br/>
        <w:t>2. Жеке және топтық кеңес беру:</w:t>
      </w:r>
      <w:r w:rsidRPr="00841A0D">
        <w:rPr>
          <w:rFonts w:ascii="Times New Roman" w:hAnsi="Times New Roman" w:cs="Times New Roman"/>
          <w:sz w:val="28"/>
          <w:szCs w:val="28"/>
        </w:rPr>
        <w:br/>
        <w:t xml:space="preserve">   Оқушыларға оқу мотивациясын арттыру, қарым-қатынас мәдениетін дамыту, өзін-өзі бағалауды реттеу бағытында кеңестер берілді.</w:t>
      </w:r>
      <w:r w:rsidRPr="00841A0D">
        <w:rPr>
          <w:rFonts w:ascii="Times New Roman" w:hAnsi="Times New Roman" w:cs="Times New Roman"/>
          <w:sz w:val="28"/>
          <w:szCs w:val="28"/>
        </w:rPr>
        <w:br/>
        <w:t xml:space="preserve">   Мұғалімдер мен ата-аналарға арналған психологиялық қолдау көрсетілді.</w:t>
      </w:r>
      <w:r w:rsidRPr="00841A0D">
        <w:rPr>
          <w:rFonts w:ascii="Times New Roman" w:hAnsi="Times New Roman" w:cs="Times New Roman"/>
          <w:sz w:val="28"/>
          <w:szCs w:val="28"/>
        </w:rPr>
        <w:br/>
      </w:r>
      <w:r w:rsidRPr="00841A0D">
        <w:rPr>
          <w:rFonts w:ascii="Times New Roman" w:hAnsi="Times New Roman" w:cs="Times New Roman"/>
          <w:sz w:val="28"/>
          <w:szCs w:val="28"/>
        </w:rPr>
        <w:br/>
        <w:t>3. Тренингтер мен дамыту сабақтары:</w:t>
      </w:r>
      <w:r w:rsidRPr="00841A0D">
        <w:rPr>
          <w:rFonts w:ascii="Times New Roman" w:hAnsi="Times New Roman" w:cs="Times New Roman"/>
          <w:sz w:val="28"/>
          <w:szCs w:val="28"/>
        </w:rPr>
        <w:br/>
        <w:t xml:space="preserve">   - «Мен және менің көңіл-күйім»</w:t>
      </w:r>
      <w:r w:rsidRPr="00841A0D">
        <w:rPr>
          <w:rFonts w:ascii="Times New Roman" w:hAnsi="Times New Roman" w:cs="Times New Roman"/>
          <w:sz w:val="28"/>
          <w:szCs w:val="28"/>
        </w:rPr>
        <w:br/>
        <w:t xml:space="preserve">   - «Достық пен өзара түсіністік»</w:t>
      </w:r>
      <w:r w:rsidRPr="00841A0D">
        <w:rPr>
          <w:rFonts w:ascii="Times New Roman" w:hAnsi="Times New Roman" w:cs="Times New Roman"/>
          <w:sz w:val="28"/>
          <w:szCs w:val="28"/>
        </w:rPr>
        <w:br/>
        <w:t xml:space="preserve">   - «Қауіпсіз интернет» тақырыптарында тренингтер ұйымдастырылды.</w:t>
      </w:r>
      <w:r w:rsidRPr="00841A0D">
        <w:rPr>
          <w:rFonts w:ascii="Times New Roman" w:hAnsi="Times New Roman" w:cs="Times New Roman"/>
          <w:sz w:val="28"/>
          <w:szCs w:val="28"/>
        </w:rPr>
        <w:br/>
      </w:r>
      <w:r w:rsidRPr="00841A0D">
        <w:rPr>
          <w:rFonts w:ascii="Times New Roman" w:hAnsi="Times New Roman" w:cs="Times New Roman"/>
          <w:sz w:val="28"/>
          <w:szCs w:val="28"/>
        </w:rPr>
        <w:br/>
        <w:t>4. Ата-аналармен жұмыс:</w:t>
      </w:r>
      <w:r w:rsidRPr="00841A0D">
        <w:rPr>
          <w:rFonts w:ascii="Times New Roman" w:hAnsi="Times New Roman" w:cs="Times New Roman"/>
          <w:sz w:val="28"/>
          <w:szCs w:val="28"/>
        </w:rPr>
        <w:br/>
        <w:t xml:space="preserve">   Ата-аналар жиналысында «Жасөспірім кезеңіндегі бала психологиясы» және </w:t>
      </w:r>
      <w:r w:rsidRPr="00841A0D">
        <w:rPr>
          <w:rFonts w:ascii="Times New Roman" w:hAnsi="Times New Roman" w:cs="Times New Roman"/>
          <w:sz w:val="28"/>
          <w:szCs w:val="28"/>
        </w:rPr>
        <w:br/>
        <w:t xml:space="preserve">   «Баламен сенімді қарым-қатынас орнату» тақырыптарында баяндама оқылды.</w:t>
      </w:r>
      <w:r w:rsidRPr="00841A0D">
        <w:rPr>
          <w:rFonts w:ascii="Times New Roman" w:hAnsi="Times New Roman" w:cs="Times New Roman"/>
          <w:sz w:val="28"/>
          <w:szCs w:val="28"/>
        </w:rPr>
        <w:br/>
      </w:r>
      <w:r w:rsidRPr="00841A0D">
        <w:rPr>
          <w:rFonts w:ascii="Times New Roman" w:hAnsi="Times New Roman" w:cs="Times New Roman"/>
          <w:sz w:val="28"/>
          <w:szCs w:val="28"/>
        </w:rPr>
        <w:br/>
        <w:t>5. Алдын алу шаралары:</w:t>
      </w:r>
      <w:r w:rsidRPr="00841A0D">
        <w:rPr>
          <w:rFonts w:ascii="Times New Roman" w:hAnsi="Times New Roman" w:cs="Times New Roman"/>
          <w:sz w:val="28"/>
          <w:szCs w:val="28"/>
        </w:rPr>
        <w:br/>
        <w:t xml:space="preserve">   Буллингтің, агрессияның және суицидтік мінез-құлықтың алдын алу мақсатында ақпараттық-түсіндіру жұмыстары жүргізілді.</w:t>
      </w:r>
      <w:r w:rsidRPr="00841A0D">
        <w:rPr>
          <w:rFonts w:ascii="Times New Roman" w:hAnsi="Times New Roman" w:cs="Times New Roman"/>
          <w:sz w:val="28"/>
          <w:szCs w:val="28"/>
        </w:rPr>
        <w:br/>
      </w:r>
      <w:r w:rsidRPr="00841A0D">
        <w:rPr>
          <w:rFonts w:ascii="Times New Roman" w:hAnsi="Times New Roman" w:cs="Times New Roman"/>
          <w:sz w:val="28"/>
          <w:szCs w:val="28"/>
        </w:rPr>
        <w:br/>
        <w:t>6. Психологиялық бұрышты жаңарту:</w:t>
      </w:r>
      <w:r w:rsidRPr="00841A0D">
        <w:rPr>
          <w:rFonts w:ascii="Times New Roman" w:hAnsi="Times New Roman" w:cs="Times New Roman"/>
          <w:sz w:val="28"/>
          <w:szCs w:val="28"/>
        </w:rPr>
        <w:br/>
        <w:t xml:space="preserve">   Оқушыларға арналған пайдалы кеңестер, мотивациялық цитаталар мен өзін-өзі дамыту материалдары орналастырылды.</w:t>
      </w:r>
      <w:r w:rsidRPr="00841A0D">
        <w:rPr>
          <w:rFonts w:ascii="Times New Roman" w:hAnsi="Times New Roman" w:cs="Times New Roman"/>
          <w:sz w:val="28"/>
          <w:szCs w:val="28"/>
        </w:rPr>
        <w:br/>
      </w:r>
      <w:r w:rsidRPr="00841A0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41A0D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841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1A0D">
        <w:rPr>
          <w:rFonts w:ascii="Times New Roman" w:hAnsi="Times New Roman" w:cs="Times New Roman"/>
          <w:sz w:val="28"/>
          <w:szCs w:val="28"/>
        </w:rPr>
        <w:t>іс-шаралар</w:t>
      </w:r>
      <w:proofErr w:type="spellEnd"/>
      <w:r w:rsidRPr="00841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1A0D">
        <w:rPr>
          <w:rFonts w:ascii="Times New Roman" w:hAnsi="Times New Roman" w:cs="Times New Roman"/>
          <w:sz w:val="28"/>
          <w:szCs w:val="28"/>
        </w:rPr>
        <w:t>оқушылардың</w:t>
      </w:r>
      <w:proofErr w:type="spellEnd"/>
      <w:r w:rsidRPr="00841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1A0D">
        <w:rPr>
          <w:rFonts w:ascii="Times New Roman" w:hAnsi="Times New Roman" w:cs="Times New Roman"/>
          <w:sz w:val="28"/>
          <w:szCs w:val="28"/>
        </w:rPr>
        <w:t>жан-жақты</w:t>
      </w:r>
      <w:proofErr w:type="spellEnd"/>
      <w:r w:rsidRPr="00841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1A0D">
        <w:rPr>
          <w:rFonts w:ascii="Times New Roman" w:hAnsi="Times New Roman" w:cs="Times New Roman"/>
          <w:sz w:val="28"/>
          <w:szCs w:val="28"/>
        </w:rPr>
        <w:t>дамуына</w:t>
      </w:r>
      <w:proofErr w:type="spellEnd"/>
      <w:r w:rsidRPr="00841A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7321">
        <w:rPr>
          <w:rFonts w:ascii="Times New Roman" w:hAnsi="Times New Roman" w:cs="Times New Roman"/>
          <w:sz w:val="28"/>
          <w:szCs w:val="28"/>
        </w:rPr>
        <w:t>психоло</w:t>
      </w:r>
      <w:r w:rsidRPr="00EA7763">
        <w:rPr>
          <w:rFonts w:ascii="Times New Roman" w:hAnsi="Times New Roman" w:cs="Times New Roman"/>
          <w:sz w:val="28"/>
        </w:rPr>
        <w:t>гиялық</w:t>
      </w:r>
      <w:proofErr w:type="spellEnd"/>
      <w:r w:rsidRPr="00EA776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A7763">
        <w:rPr>
          <w:rFonts w:ascii="Times New Roman" w:hAnsi="Times New Roman" w:cs="Times New Roman"/>
          <w:sz w:val="28"/>
        </w:rPr>
        <w:t>тұрақтылығын</w:t>
      </w:r>
      <w:proofErr w:type="spellEnd"/>
      <w:r w:rsidRPr="00EA776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A7763">
        <w:rPr>
          <w:rFonts w:ascii="Times New Roman" w:hAnsi="Times New Roman" w:cs="Times New Roman"/>
          <w:sz w:val="28"/>
        </w:rPr>
        <w:t>арттыруға</w:t>
      </w:r>
      <w:proofErr w:type="spellEnd"/>
      <w:r w:rsidRPr="00EA776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A7763">
        <w:rPr>
          <w:rFonts w:ascii="Times New Roman" w:hAnsi="Times New Roman" w:cs="Times New Roman"/>
          <w:sz w:val="28"/>
        </w:rPr>
        <w:t>және</w:t>
      </w:r>
      <w:proofErr w:type="spellEnd"/>
      <w:r w:rsidRPr="00EA776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A7763">
        <w:rPr>
          <w:rFonts w:ascii="Times New Roman" w:hAnsi="Times New Roman" w:cs="Times New Roman"/>
          <w:sz w:val="28"/>
        </w:rPr>
        <w:t>мектеп</w:t>
      </w:r>
      <w:proofErr w:type="spellEnd"/>
      <w:r w:rsidRPr="00EA776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A7763">
        <w:rPr>
          <w:rFonts w:ascii="Times New Roman" w:hAnsi="Times New Roman" w:cs="Times New Roman"/>
          <w:sz w:val="28"/>
        </w:rPr>
        <w:t>ұжымында</w:t>
      </w:r>
      <w:proofErr w:type="spellEnd"/>
      <w:r w:rsidRPr="00EA776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A7763">
        <w:rPr>
          <w:rFonts w:ascii="Times New Roman" w:hAnsi="Times New Roman" w:cs="Times New Roman"/>
          <w:sz w:val="28"/>
        </w:rPr>
        <w:t>жылы</w:t>
      </w:r>
      <w:proofErr w:type="spellEnd"/>
      <w:r w:rsidRPr="00EA7763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A7763">
        <w:rPr>
          <w:rFonts w:ascii="Times New Roman" w:hAnsi="Times New Roman" w:cs="Times New Roman"/>
          <w:sz w:val="28"/>
        </w:rPr>
        <w:t>қолайлы</w:t>
      </w:r>
      <w:proofErr w:type="spellEnd"/>
      <w:r w:rsidRPr="00EA776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A7763">
        <w:rPr>
          <w:rFonts w:ascii="Times New Roman" w:hAnsi="Times New Roman" w:cs="Times New Roman"/>
          <w:sz w:val="28"/>
        </w:rPr>
        <w:t>ахуал</w:t>
      </w:r>
      <w:proofErr w:type="spellEnd"/>
      <w:r w:rsidRPr="00EA776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A7763">
        <w:rPr>
          <w:rFonts w:ascii="Times New Roman" w:hAnsi="Times New Roman" w:cs="Times New Roman"/>
          <w:sz w:val="28"/>
        </w:rPr>
        <w:t>қалыптастыруға</w:t>
      </w:r>
      <w:proofErr w:type="spellEnd"/>
      <w:r w:rsidRPr="00EA776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A7763">
        <w:rPr>
          <w:rFonts w:ascii="Times New Roman" w:hAnsi="Times New Roman" w:cs="Times New Roman"/>
          <w:sz w:val="28"/>
        </w:rPr>
        <w:t>бағытталды</w:t>
      </w:r>
      <w:proofErr w:type="spellEnd"/>
      <w:r w:rsidRPr="00EA7763">
        <w:rPr>
          <w:rFonts w:ascii="Times New Roman" w:hAnsi="Times New Roman" w:cs="Times New Roman"/>
          <w:sz w:val="28"/>
        </w:rPr>
        <w:t>.</w:t>
      </w:r>
    </w:p>
    <w:p w:rsidR="00363DD8" w:rsidRDefault="00597321" w:rsidP="00597321">
      <w:r w:rsidRPr="00597321">
        <w:rPr>
          <w:rFonts w:ascii="Times New Roman" w:hAnsi="Times New Roman" w:cs="Times New Roman"/>
        </w:rPr>
        <w:lastRenderedPageBreak/>
        <w:br/>
      </w:r>
      <w:r w:rsidR="0051016F" w:rsidRPr="0051016F">
        <w:rPr>
          <w:noProof/>
          <w:lang w:val="ru-RU" w:eastAsia="ru-RU"/>
        </w:rPr>
        <w:drawing>
          <wp:inline distT="0" distB="0" distL="0" distR="0">
            <wp:extent cx="3295650" cy="2471738"/>
            <wp:effectExtent l="0" t="0" r="0" b="5080"/>
            <wp:docPr id="3" name="Рисунок 3" descr="C:\Users\Админ\Desktop\Досболайық жоба\Фото Отчет\WhatsApp Image 2025-11-11 at 12.28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осболайық жоба\Фото Отчет\WhatsApp Image 2025-11-11 at 12.28.33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98" cy="2482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B3F33" w:rsidRPr="000B3F33">
        <w:rPr>
          <w:noProof/>
          <w:lang w:val="ru-RU" w:eastAsia="ru-RU"/>
        </w:rPr>
        <w:drawing>
          <wp:inline distT="0" distB="0" distL="0" distR="0">
            <wp:extent cx="3378198" cy="2533650"/>
            <wp:effectExtent l="0" t="0" r="0" b="0"/>
            <wp:docPr id="1" name="Рисунок 1" descr="C:\Users\Админ\Desktop\Досболайық жоба\Фото Отчет\WhatsApp Image 2025-11-11 at 12.28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осболайық жоба\Фото Отчет\WhatsApp Image 2025-11-11 at 12.28.32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970" cy="2542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1016F" w:rsidRPr="0051016F">
        <w:rPr>
          <w:noProof/>
          <w:lang w:val="ru-RU" w:eastAsia="ru-RU"/>
        </w:rPr>
        <w:drawing>
          <wp:inline distT="0" distB="0" distL="0" distR="0">
            <wp:extent cx="2750185" cy="2750185"/>
            <wp:effectExtent l="0" t="0" r="0" b="0"/>
            <wp:docPr id="5" name="Рисунок 5" descr="C:\Users\Админ\Desktop\Досболайық жоба\Фото Отчет\WhatsApp Image 2025-11-11 at 12.28.3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Досболайық жоба\Фото Отчет\WhatsApp Image 2025-11-11 at 12.28.34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750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1016F" w:rsidRPr="0051016F">
        <w:rPr>
          <w:noProof/>
          <w:lang w:val="ru-RU" w:eastAsia="ru-RU"/>
        </w:rPr>
        <w:drawing>
          <wp:inline distT="0" distB="0" distL="0" distR="0">
            <wp:extent cx="3273848" cy="2455386"/>
            <wp:effectExtent l="0" t="0" r="3175" b="2540"/>
            <wp:docPr id="2" name="Рисунок 2" descr="C:\Users\Админ\Desktop\Досболайық жоба\Фото Отчет\WhatsApp Image 2025-11-11 at 12.28.3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Досболайық жоба\Фото Отчет\WhatsApp Image 2025-11-11 at 12.28.32 (2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176" cy="2460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1016F" w:rsidRPr="0051016F">
        <w:rPr>
          <w:noProof/>
          <w:lang w:val="ru-RU" w:eastAsia="ru-RU"/>
        </w:rPr>
        <w:drawing>
          <wp:inline distT="0" distB="0" distL="0" distR="0">
            <wp:extent cx="3332481" cy="2499360"/>
            <wp:effectExtent l="0" t="0" r="1270" b="0"/>
            <wp:docPr id="4" name="Рисунок 4" descr="C:\Users\Админ\Desktop\Досболайық жоба\Фото Отчет\WhatsApp Image 2025-11-11 at 12.28.3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Досболайық жоба\Фото Отчет\WhatsApp Image 2025-11-11 at 12.28.33 (2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214" cy="2517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1016F" w:rsidRPr="0051016F">
        <w:rPr>
          <w:noProof/>
          <w:lang w:val="ru-RU" w:eastAsia="ru-RU"/>
        </w:rPr>
        <w:drawing>
          <wp:inline distT="0" distB="0" distL="0" distR="0">
            <wp:extent cx="2015032" cy="2431887"/>
            <wp:effectExtent l="0" t="0" r="4445" b="6985"/>
            <wp:docPr id="6" name="Рисунок 6" descr="C:\Users\Админ\Desktop\Досболайық жоба\Фото Отчет\WhatsApp Image 2025-11-11 at 12.28.3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Досболайық жоба\Фото Отчет\WhatsApp Image 2025-11-11 at 12.28.34 (3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445" cy="2471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1016F" w:rsidRPr="0051016F">
        <w:rPr>
          <w:noProof/>
          <w:lang w:val="ru-RU" w:eastAsia="ru-RU"/>
        </w:rPr>
        <w:lastRenderedPageBreak/>
        <w:drawing>
          <wp:inline distT="0" distB="0" distL="0" distR="0">
            <wp:extent cx="2683101" cy="2739390"/>
            <wp:effectExtent l="0" t="0" r="3175" b="3810"/>
            <wp:docPr id="7" name="Рисунок 7" descr="C:\Users\Админ\Desktop\Досболайық жоба\Фото Отчет\WhatsApp Image 2025-11-11 at 12.28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Досболайық жоба\Фото Отчет\WhatsApp Image 2025-11-11 at 12.28.36 (2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54" cy="2751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1016F" w:rsidRPr="0051016F">
        <w:rPr>
          <w:noProof/>
          <w:lang w:val="ru-RU" w:eastAsia="ru-RU"/>
        </w:rPr>
        <w:drawing>
          <wp:inline distT="0" distB="0" distL="0" distR="0">
            <wp:extent cx="2063592" cy="2751455"/>
            <wp:effectExtent l="0" t="0" r="0" b="0"/>
            <wp:docPr id="8" name="Рисунок 8" descr="C:\Users\Админ\Desktop\Досболайық жоба\Фото Отчет\WhatsApp Image 2025-11-11 at 12.28.3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Досболайық жоба\Фото Отчет\WhatsApp Image 2025-11-11 at 12.28.37 (3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701" cy="2764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1016F" w:rsidRPr="0051016F">
        <w:rPr>
          <w:noProof/>
          <w:lang w:val="ru-RU" w:eastAsia="ru-RU"/>
        </w:rPr>
        <w:drawing>
          <wp:inline distT="0" distB="0" distL="0" distR="0">
            <wp:extent cx="4772025" cy="3112814"/>
            <wp:effectExtent l="0" t="0" r="0" b="0"/>
            <wp:docPr id="9" name="Рисунок 9" descr="C:\Users\Админ\Desktop\Досболайық жоба\Фото Отчет\WhatsApp Image 2025-11-11 at 12.28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Досболайық жоба\Фото Отчет\WhatsApp Image 2025-11-11 at 12.28.37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592" cy="3133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1016F" w:rsidRPr="0051016F">
        <w:rPr>
          <w:noProof/>
          <w:lang w:val="ru-RU" w:eastAsia="ru-RU"/>
        </w:rPr>
        <w:drawing>
          <wp:inline distT="0" distB="0" distL="0" distR="0">
            <wp:extent cx="3390900" cy="2543174"/>
            <wp:effectExtent l="0" t="0" r="0" b="0"/>
            <wp:docPr id="10" name="Рисунок 10" descr="C:\Users\Админ\Desktop\Досболайық жоба\Фото Отчет\WhatsApp Image 2025-11-11 at 12.28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Досболайық жоба\Фото Отчет\WhatsApp Image 2025-11-11 at 12.28.3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645" cy="2570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r w:rsidR="0051016F" w:rsidRPr="0051016F">
        <w:rPr>
          <w:noProof/>
          <w:lang w:val="ru-RU" w:eastAsia="ru-RU"/>
        </w:rPr>
        <w:drawing>
          <wp:inline distT="0" distB="0" distL="0" distR="0">
            <wp:extent cx="3238500" cy="2428875"/>
            <wp:effectExtent l="0" t="0" r="0" b="9525"/>
            <wp:docPr id="11" name="Рисунок 11" descr="C:\Users\Админ\Desktop\Досболайық жоба\Фото Отчет\WhatsApp Image 2025-11-11 at 12.28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Досболайық жоба\Фото Отчет\WhatsApp Image 2025-11-11 at 12.28.35 (1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31" cy="2432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363DD8" w:rsidSect="00597321">
      <w:pgSz w:w="12240" w:h="15840"/>
      <w:pgMar w:top="142" w:right="900" w:bottom="1440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0B3F33"/>
    <w:rsid w:val="0015074B"/>
    <w:rsid w:val="0029639D"/>
    <w:rsid w:val="00326F90"/>
    <w:rsid w:val="00363DD8"/>
    <w:rsid w:val="0051016F"/>
    <w:rsid w:val="00597321"/>
    <w:rsid w:val="00841A0D"/>
    <w:rsid w:val="00AA1D8D"/>
    <w:rsid w:val="00B47730"/>
    <w:rsid w:val="00CB0664"/>
    <w:rsid w:val="00EA7763"/>
    <w:rsid w:val="00F21EF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1E549BAE-FC67-4314-A6F2-BEA5B8B41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  <w:rPr>
      <w:sz w:val="24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A4C45E-5FBD-46A3-87AA-DEC1CD36D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3</Pages>
  <Words>218</Words>
  <Characters>1249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1465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Админ</cp:lastModifiedBy>
  <cp:revision>5</cp:revision>
  <dcterms:created xsi:type="dcterms:W3CDTF">2013-12-23T23:15:00Z</dcterms:created>
  <dcterms:modified xsi:type="dcterms:W3CDTF">2025-11-11T07:40:00Z</dcterms:modified>
  <cp:category/>
</cp:coreProperties>
</file>